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INSTITUTO FEDERAL DE EDUCAÇÃO, CIÊNCIA E TECNOLOGIA DA BAHIA</w:t>
      </w:r>
    </w:p>
    <w:p>
      <w:pPr>
        <w:spacing w:after="0" w:before="0"/>
        <w:jc w:val="center"/>
      </w:pPr>
      <w:r>
        <w:rPr>
          <w:b/>
        </w:rPr>
        <w:t>CAMPUS SALVADOR</w:t>
      </w:r>
    </w:p>
    <w:p>
      <w:pPr>
        <w:spacing w:after="0" w:before="0"/>
        <w:jc w:val="center"/>
      </w:pPr>
      <w:r>
        <w:rPr>
          <w:b/>
        </w:rPr>
        <w:t>DEPARTAMENTO ACADÊMICO DE ELETROTÉCNICA</w:t>
      </w:r>
    </w:p>
    <w:p>
      <w:pPr>
        <w:spacing w:after="1200" w:before="0"/>
        <w:jc w:val="center"/>
      </w:pPr>
      <w:r>
        <w:rPr>
          <w:b/>
        </w:rPr>
        <w:t>CURSO TÉCNICO EM ELETROTÉCNICA</w:t>
      </w:r>
    </w:p>
    <w:p>
      <w:pPr>
        <w:spacing w:after="0" w:before="0"/>
        <w:jc w:val="center"/>
      </w:pPr>
      <w:r>
        <w:rPr>
          <w:b w:val="0"/>
        </w:rPr>
        <w:t>NOME COMPLETO DO(A) ESTUDANTE 1</w:t>
      </w:r>
    </w:p>
    <w:p>
      <w:pPr>
        <w:spacing w:after="1600" w:before="0"/>
        <w:jc w:val="center"/>
      </w:pPr>
      <w:r>
        <w:rPr>
          <w:b w:val="0"/>
        </w:rPr>
        <w:t>NOME COMPLETO DO(A) ESTUDANTE 2</w:t>
      </w:r>
    </w:p>
    <w:p>
      <w:pPr>
        <w:spacing w:after="240" w:before="0"/>
        <w:jc w:val="center"/>
      </w:pPr>
      <w:r>
        <w:rPr>
          <w:b/>
          <w:sz w:val="28"/>
        </w:rPr>
        <w:t>TÍTULO DA PROPOSTA DE TRABALHO DE CONCLUSÃO DE CURSO</w:t>
      </w:r>
    </w:p>
    <w:p>
      <w:pPr>
        <w:spacing w:after="0" w:before="2200"/>
        <w:jc w:val="center"/>
      </w:pPr>
      <w:r>
        <w:rPr>
          <w:b w:val="0"/>
        </w:rPr>
        <w:t>SALVADOR – BA</w:t>
      </w:r>
    </w:p>
    <w:p>
      <w:pPr>
        <w:spacing w:after="0" w:before="0"/>
        <w:jc w:val="center"/>
      </w:pPr>
      <w:r>
        <w:rPr>
          <w:b w:val="0"/>
        </w:rPr>
        <w:t>ANO</w:t>
      </w:r>
    </w:p>
    <w:p>
      <w:r>
        <w:br w:type="page"/>
      </w:r>
    </w:p>
    <w:p>
      <w:pPr>
        <w:spacing w:after="0" w:before="0"/>
        <w:jc w:val="center"/>
      </w:pPr>
      <w:r>
        <w:rPr>
          <w:b/>
        </w:rPr>
        <w:t>INSTITUTO FEDERAL DE EDUCAÇÃO, CIÊNCIA E TECNOLOGIA DA BAHIA</w:t>
      </w:r>
    </w:p>
    <w:p>
      <w:pPr>
        <w:spacing w:after="0" w:before="0"/>
        <w:jc w:val="center"/>
      </w:pPr>
      <w:r>
        <w:rPr>
          <w:b/>
        </w:rPr>
        <w:t>CAMPUS SALVADOR</w:t>
      </w:r>
    </w:p>
    <w:p>
      <w:pPr>
        <w:spacing w:after="0" w:before="0"/>
        <w:jc w:val="center"/>
      </w:pPr>
      <w:r>
        <w:rPr>
          <w:b/>
        </w:rPr>
        <w:t>DEPARTAMENTO ACADÊMICO DE ELETROTÉCNICA</w:t>
      </w:r>
    </w:p>
    <w:p>
      <w:pPr>
        <w:spacing w:after="1200" w:before="0"/>
        <w:jc w:val="center"/>
      </w:pPr>
      <w:r>
        <w:rPr>
          <w:b/>
        </w:rPr>
        <w:t>CURSO TÉCNICO EM ELETROTÉCNICA</w:t>
      </w:r>
    </w:p>
    <w:p>
      <w:pPr>
        <w:spacing w:after="0" w:before="0"/>
        <w:jc w:val="center"/>
      </w:pPr>
      <w:r>
        <w:rPr>
          <w:b w:val="0"/>
        </w:rPr>
        <w:t>NOME COMPLETO DO(A) ESTUDANTE 1</w:t>
      </w:r>
    </w:p>
    <w:p>
      <w:pPr>
        <w:spacing w:after="1600" w:before="0"/>
        <w:jc w:val="center"/>
      </w:pPr>
      <w:r>
        <w:rPr>
          <w:b w:val="0"/>
        </w:rPr>
        <w:t>NOME COMPLETO DO(A) ESTUDANTE 2</w:t>
      </w:r>
    </w:p>
    <w:p>
      <w:pPr>
        <w:spacing w:after="240" w:before="0"/>
        <w:jc w:val="center"/>
      </w:pPr>
      <w:r>
        <w:rPr>
          <w:b/>
          <w:sz w:val="28"/>
        </w:rPr>
        <w:t>TÍTULO DA PROPOSTA DE TRABALHO DE CONCLUSÃO DE CURSO</w:t>
      </w:r>
    </w:p>
    <w:p>
      <w:pPr>
        <w:spacing w:after="0" w:before="600" w:line="240" w:lineRule="auto"/>
        <w:ind w:left="4535"/>
        <w:jc w:val="both"/>
      </w:pPr>
      <w:r>
        <w:rPr>
          <w:b w:val="0"/>
          <w:sz w:val="22"/>
        </w:rPr>
        <w:t>Pré-projeto de Trabalho de Conclusão de Curso apresentado à Coordenação do Curso Técnico em Eletrotécnica do Instituto Federal da Bahia, Campus Salvador, como proposta da Atividade de Conclusão de Curso, na forma integrada.</w:t>
      </w:r>
    </w:p>
    <w:p>
      <w:pPr>
        <w:spacing w:after="0" w:before="240"/>
        <w:ind w:left="4535"/>
        <w:jc w:val="left"/>
      </w:pPr>
      <w:r>
        <w:rPr>
          <w:b w:val="0"/>
          <w:sz w:val="22"/>
        </w:rPr>
        <w:t>Orientador(a): Prof(a). ______________________________</w:t>
      </w:r>
    </w:p>
    <w:p>
      <w:pPr>
        <w:spacing w:after="0" w:before="120"/>
        <w:ind w:left="4535"/>
        <w:jc w:val="left"/>
      </w:pPr>
      <w:r>
        <w:rPr>
          <w:b w:val="0"/>
          <w:sz w:val="22"/>
        </w:rPr>
        <w:t>Coorientador(a), se houver: ______________________________</w:t>
      </w:r>
    </w:p>
    <w:p>
      <w:pPr>
        <w:spacing w:after="0" w:before="800"/>
        <w:jc w:val="center"/>
      </w:pPr>
      <w:r>
        <w:rPr>
          <w:b w:val="0"/>
        </w:rPr>
        <w:t>SALVADOR – BA</w:t>
      </w:r>
    </w:p>
    <w:p>
      <w:pPr>
        <w:spacing w:after="0" w:before="0"/>
        <w:jc w:val="center"/>
      </w:pPr>
      <w:r>
        <w:rPr>
          <w:b w:val="0"/>
        </w:rPr>
        <w:t>ANO</w:t>
      </w:r>
    </w:p>
    <w:p>
      <w:r>
        <w:br w:type="page"/>
      </w:r>
    </w:p>
    <w:p>
      <w:pPr>
        <w:pStyle w:val="Heading1"/>
      </w:pPr>
      <w:r>
        <w:t>1. Introdução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Apresente o assunto, o problema que o trabalho vai tratar e por que ele é relevante para a formação do técnico em eletrotécnica.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Termine com o objetivo geral e os objetivos específicos, em lista.</w:t>
      </w:r>
    </w:p>
    <w:p>
      <w:pPr>
        <w:pStyle w:val="Heading1"/>
      </w:pPr>
      <w:r>
        <w:t>2. Justificativa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Diga por que o trabalho vale a pena: a quem ele serve, que lacuna ele cobre e por que ele cabe no prazo e nos recursos disponíveis.</w:t>
      </w:r>
    </w:p>
    <w:p>
      <w:pPr>
        <w:pStyle w:val="Heading1"/>
      </w:pPr>
      <w:r>
        <w:t>3. Metodologia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Descreva como o trabalho será feito, em etapas. Por exemplo: revisão bibliográfica; projeto ou montagem; ensaios, simulações ou levantamento de campo; análise dos resultados; redação.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Informe os materiais, os equipamentos, os programas e o local de cada etapa.</w:t>
      </w:r>
    </w:p>
    <w:p>
      <w:pPr>
        <w:pStyle w:val="Heading1"/>
      </w:pPr>
      <w:r>
        <w:t>4. Plano de atividades e cronograma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Liste as atividades e marque as semanas ou os meses de cada uma. Entre a aprovação deste pré-projeto e a defesa, o Projeto Pedagógico do curso exige no mínimo três meses.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48"/>
        <w:gridCol w:w="907"/>
        <w:gridCol w:w="907"/>
        <w:gridCol w:w="907"/>
        <w:gridCol w:w="907"/>
        <w:gridCol w:w="907"/>
        <w:gridCol w:w="907"/>
      </w:tblGrid>
      <w:tr>
        <w:tc>
          <w:tcPr>
            <w:tcW w:type="dxa" w:w="2948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b/>
                <w:sz w:val="20"/>
              </w:rPr>
              <w:t>Atividade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Mês 1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Mês 2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Mês 3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Mês 4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Mês 5</w:t>
            </w:r>
          </w:p>
        </w:tc>
        <w:tc>
          <w:tcPr>
            <w:tcW w:type="dxa" w:w="907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Mês 6</w:t>
            </w:r>
          </w:p>
        </w:tc>
      </w:tr>
      <w:tr>
        <w:tc>
          <w:tcPr>
            <w:tcW w:type="dxa" w:w="2948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Revisão bibliográfica</w:t>
            </w:r>
          </w:p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Desenvolvimento</w:t>
            </w:r>
          </w:p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Ensaios ou simulações</w:t>
            </w:r>
          </w:p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Análise dos resultados</w:t>
            </w:r>
          </w:p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Redação do trabalho</w:t>
            </w:r>
          </w:p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Defesa</w:t>
            </w:r>
          </w:p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</w:tbl>
    <w:p>
      <w:pPr>
        <w:pStyle w:val="Heading1"/>
      </w:pPr>
      <w:r>
        <w:t>5. Resultados esperados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Diga o que o trabalho vai entregar: um protótipo com memorial descritivo, um estudo, uma simulação, um material didático ou outro produto, e como ele será avaliado.</w:t>
      </w:r>
    </w:p>
    <w:p>
      <w:pPr>
        <w:pStyle w:val="Heading1"/>
      </w:pPr>
      <w:r>
        <w:t>Referências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Liste as fontes citadas no pré-projeto, conforme a ABNT NBR 6023.</w:t>
      </w:r>
    </w:p>
    <w:p>
      <w:pPr>
        <w:spacing w:after="0" w:before="480"/>
        <w:jc w:val="right"/>
      </w:pPr>
      <w:r>
        <w:rPr>
          <w:b w:val="0"/>
        </w:rPr>
        <w:t>Salvador, ______ de ______________ de ________.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spacing w:before="672"/>
              <w:jc w:val="center"/>
            </w:pPr>
            <w:r/>
            <w:r>
              <w:rPr>
                <w:sz w:val="22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2"/>
              </w:rPr>
              <w:t>Nome do(a) estudante 1</w:t>
            </w:r>
          </w:p>
          <w:p>
            <w:pPr>
              <w:jc w:val="center"/>
            </w:pPr>
            <w:r>
              <w:rPr>
                <w:sz w:val="20"/>
              </w:rPr>
              <w:t>Estudante</w:t>
            </w:r>
          </w:p>
        </w:tc>
        <w:tc>
          <w:tcPr>
            <w:tcW w:type="dxa" w:w="4535"/>
          </w:tcPr>
          <w:p>
            <w:pPr>
              <w:spacing w:before="672"/>
              <w:jc w:val="center"/>
            </w:pPr>
            <w:r/>
            <w:r>
              <w:rPr>
                <w:sz w:val="22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2"/>
              </w:rPr>
              <w:t>Nome do(a) estudante 2</w:t>
            </w:r>
          </w:p>
          <w:p>
            <w:pPr>
              <w:jc w:val="center"/>
            </w:pPr>
            <w:r>
              <w:rPr>
                <w:sz w:val="20"/>
              </w:rPr>
              <w:t>Estudante</w:t>
            </w:r>
          </w:p>
        </w:tc>
      </w:tr>
      <w:tr>
        <w:tc>
          <w:tcPr>
            <w:tcW w:type="dxa" w:w="9070"/>
            <w:gridSpan w:val="2"/>
          </w:tcPr>
          <w:p>
            <w:pPr>
              <w:spacing w:before="672"/>
              <w:jc w:val="center"/>
            </w:pPr>
            <w:r/>
            <w:r>
              <w:rPr>
                <w:sz w:val="22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2"/>
              </w:rPr>
              <w:t>Título e nome do(a) orientador(a)</w:t>
            </w:r>
          </w:p>
          <w:p>
            <w:pPr>
              <w:jc w:val="center"/>
            </w:pPr>
            <w:r>
              <w:rPr>
                <w:sz w:val="20"/>
              </w:rPr>
              <w:t>De acordo — Orientador(a)</w:t>
            </w:r>
          </w:p>
        </w:tc>
      </w:tr>
    </w:tbl>
    <w:sectPr w:rsidR="00FC693F" w:rsidRPr="0006063C" w:rsidSect="00034616">
      <w:pgSz w:w="11906" w:h="16838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60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Pré-projeto de Trabalho de Conclusão de Curso</dc:title>
  <dc:subject>Modelo em branco</dc:subject>
  <dc:creator>Coordenação do Curso Técnico em Eletrotécnica — IFBA, Campus Salvador</dc:creator>
  <cp:keywords/>
  <dc:description/>
  <cp:lastModifiedBy>Coordenação do Curso Técnico em Eletrotécnica — IFBA, Campus Salvador</cp:lastModifiedBy>
  <cp:revision>1</cp:revision>
  <dcterms:created xsi:type="dcterms:W3CDTF">2026-01-01T00:00:00Z</dcterms:created>
  <dcterms:modified xsi:type="dcterms:W3CDTF">2026-01-01T00:00:00Z</dcterms:modified>
  <cp:category/>
</cp:coreProperties>
</file>