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INSTITUTO FEDERAL DE EDUCAÇÃO, CIÊNCIA E TECNOLOGIA DA BAHIA</w:t>
      </w:r>
    </w:p>
    <w:p>
      <w:pPr>
        <w:spacing w:after="0" w:before="0"/>
        <w:jc w:val="center"/>
      </w:pPr>
      <w:r>
        <w:rPr>
          <w:b/>
        </w:rPr>
        <w:t>CAMPUS SALVADOR</w:t>
      </w:r>
    </w:p>
    <w:p>
      <w:pPr>
        <w:spacing w:after="0" w:before="0"/>
        <w:jc w:val="center"/>
      </w:pPr>
      <w:r>
        <w:rPr>
          <w:b/>
        </w:rPr>
        <w:t>DEPARTAMENTO ACADÊMICO DE ELETROTÉCNICA</w:t>
      </w:r>
    </w:p>
    <w:p>
      <w:pPr>
        <w:spacing w:after="1200" w:before="0"/>
        <w:jc w:val="center"/>
      </w:pPr>
      <w:r>
        <w:rPr>
          <w:b/>
        </w:rPr>
        <w:t>CURSO TÉCNICO EM ELETROTÉCNICA</w:t>
      </w:r>
    </w:p>
    <w:p>
      <w:pPr>
        <w:spacing w:after="0" w:before="0"/>
        <w:jc w:val="center"/>
      </w:pPr>
      <w:r>
        <w:rPr>
          <w:b w:val="0"/>
        </w:rPr>
        <w:t>NOME COMPLETO DO(A) ESTUDANTE 1</w:t>
      </w:r>
    </w:p>
    <w:p>
      <w:pPr>
        <w:spacing w:after="1600" w:before="0"/>
        <w:jc w:val="center"/>
      </w:pPr>
      <w:r>
        <w:rPr>
          <w:b w:val="0"/>
        </w:rPr>
        <w:t>NOME COMPLETO DO(A) ESTUDANTE 2</w:t>
      </w:r>
    </w:p>
    <w:p>
      <w:pPr>
        <w:spacing w:after="240" w:before="0"/>
        <w:jc w:val="center"/>
      </w:pPr>
      <w:r>
        <w:rPr>
          <w:b/>
          <w:sz w:val="28"/>
        </w:rPr>
        <w:t>TÍTULO DO TRABALHO DE CONCLUSÃO DE CURSO</w:t>
      </w:r>
    </w:p>
    <w:p>
      <w:pPr>
        <w:spacing w:after="0" w:before="2200"/>
        <w:jc w:val="center"/>
      </w:pPr>
      <w:r>
        <w:rPr>
          <w:b w:val="0"/>
        </w:rPr>
        <w:t>SALVADOR – BA</w:t>
      </w:r>
    </w:p>
    <w:p>
      <w:pPr>
        <w:spacing w:after="0" w:before="0"/>
        <w:jc w:val="center"/>
      </w:pPr>
      <w:r>
        <w:rPr>
          <w:b w:val="0"/>
        </w:rPr>
        <w:t>ANO</w:t>
      </w:r>
    </w:p>
    <w:p>
      <w:r>
        <w:br w:type="page"/>
      </w:r>
    </w:p>
    <w:p>
      <w:pPr>
        <w:spacing w:after="0" w:before="0"/>
        <w:jc w:val="center"/>
      </w:pPr>
      <w:r>
        <w:rPr>
          <w:b/>
        </w:rPr>
        <w:t>INSTITUTO FEDERAL DE EDUCAÇÃO, CIÊNCIA E TECNOLOGIA DA BAHIA</w:t>
      </w:r>
    </w:p>
    <w:p>
      <w:pPr>
        <w:spacing w:after="0" w:before="0"/>
        <w:jc w:val="center"/>
      </w:pPr>
      <w:r>
        <w:rPr>
          <w:b/>
        </w:rPr>
        <w:t>CAMPUS SALVADOR</w:t>
      </w:r>
    </w:p>
    <w:p>
      <w:pPr>
        <w:spacing w:after="0" w:before="0"/>
        <w:jc w:val="center"/>
      </w:pPr>
      <w:r>
        <w:rPr>
          <w:b/>
        </w:rPr>
        <w:t>DEPARTAMENTO ACADÊMICO DE ELETROTÉCNICA</w:t>
      </w:r>
    </w:p>
    <w:p>
      <w:pPr>
        <w:spacing w:after="1200" w:before="0"/>
        <w:jc w:val="center"/>
      </w:pPr>
      <w:r>
        <w:rPr>
          <w:b/>
        </w:rPr>
        <w:t>CURSO TÉCNICO EM ELETROTÉCNICA</w:t>
      </w:r>
    </w:p>
    <w:p>
      <w:pPr>
        <w:spacing w:after="0" w:before="0"/>
        <w:jc w:val="center"/>
      </w:pPr>
      <w:r>
        <w:rPr>
          <w:b w:val="0"/>
        </w:rPr>
        <w:t>NOME COMPLETO DO(A) ESTUDANTE 1</w:t>
      </w:r>
    </w:p>
    <w:p>
      <w:pPr>
        <w:spacing w:after="1600" w:before="0"/>
        <w:jc w:val="center"/>
      </w:pPr>
      <w:r>
        <w:rPr>
          <w:b w:val="0"/>
        </w:rPr>
        <w:t>NOME COMPLETO DO(A) ESTUDANTE 2</w:t>
      </w:r>
    </w:p>
    <w:p>
      <w:pPr>
        <w:spacing w:after="240" w:before="0"/>
        <w:jc w:val="center"/>
      </w:pPr>
      <w:r>
        <w:rPr>
          <w:b/>
          <w:sz w:val="28"/>
        </w:rPr>
        <w:t>TÍTULO DO TRABALHO DE CONCLUSÃO DE CURSO</w:t>
      </w:r>
    </w:p>
    <w:p>
      <w:pPr>
        <w:spacing w:after="0" w:before="600" w:line="240" w:lineRule="auto"/>
        <w:ind w:left="4535"/>
        <w:jc w:val="both"/>
      </w:pPr>
      <w:r>
        <w:rPr>
          <w:b w:val="0"/>
          <w:sz w:val="22"/>
        </w:rPr>
        <w:t>Trabalho de Conclusão de Curso apresentado à Coordenação do Curso Técnico em Eletrotécnica do Instituto Federal da Bahia, Campus Salvador, como Atividade de Conclusão de Curso, requisito para a conclusão do curso técnico em Eletrotécnica na forma integrada.</w:t>
      </w:r>
    </w:p>
    <w:p>
      <w:pPr>
        <w:spacing w:after="0" w:before="240"/>
        <w:ind w:left="4535"/>
        <w:jc w:val="left"/>
      </w:pPr>
      <w:r>
        <w:rPr>
          <w:b w:val="0"/>
          <w:sz w:val="22"/>
        </w:rPr>
        <w:t>Orientador(a): Prof(a). ______________________________</w:t>
      </w:r>
    </w:p>
    <w:p>
      <w:pPr>
        <w:spacing w:after="0" w:before="120"/>
        <w:ind w:left="4535"/>
        <w:jc w:val="left"/>
      </w:pPr>
      <w:r>
        <w:rPr>
          <w:b w:val="0"/>
          <w:sz w:val="22"/>
        </w:rPr>
        <w:t>Coorientador(a), se houver: ______________________________</w:t>
      </w:r>
    </w:p>
    <w:p>
      <w:pPr>
        <w:spacing w:after="0" w:before="800"/>
        <w:jc w:val="center"/>
      </w:pPr>
      <w:r>
        <w:rPr>
          <w:b w:val="0"/>
        </w:rPr>
        <w:t>SALVADOR – BA</w:t>
      </w:r>
    </w:p>
    <w:p>
      <w:pPr>
        <w:spacing w:after="0" w:before="0"/>
        <w:jc w:val="center"/>
      </w:pPr>
      <w:r>
        <w:rPr>
          <w:b w:val="0"/>
        </w:rPr>
        <w:t>ANO</w:t>
      </w:r>
    </w:p>
    <w:p>
      <w:r>
        <w:br w:type="page"/>
      </w:r>
    </w:p>
    <w:p>
      <w:pPr>
        <w:spacing w:after="0" w:before="0"/>
        <w:jc w:val="center"/>
      </w:pPr>
      <w:r>
        <w:rPr>
          <w:b w:val="0"/>
        </w:rPr>
        <w:t>NOME COMPLETO DO(A) ESTUDANTE 1</w:t>
      </w:r>
    </w:p>
    <w:p>
      <w:pPr>
        <w:spacing w:after="600" w:before="0"/>
        <w:jc w:val="center"/>
      </w:pPr>
      <w:r>
        <w:rPr>
          <w:b w:val="0"/>
        </w:rPr>
        <w:t>NOME COMPLETO DO(A) ESTUDANTE 2</w:t>
      </w:r>
    </w:p>
    <w:p>
      <w:pPr>
        <w:spacing w:after="600" w:before="0"/>
        <w:jc w:val="center"/>
      </w:pPr>
      <w:r>
        <w:rPr>
          <w:b/>
        </w:rPr>
        <w:t>TÍTULO DO TRABALHO DE CONCLUSÃO DE CURSO</w:t>
      </w:r>
    </w:p>
    <w:p>
      <w:pPr>
        <w:spacing w:after="0" w:before="0" w:line="240" w:lineRule="auto"/>
        <w:ind w:left="4535"/>
        <w:jc w:val="both"/>
      </w:pPr>
      <w:r>
        <w:rPr>
          <w:b w:val="0"/>
          <w:sz w:val="22"/>
        </w:rPr>
        <w:t>Trabalho de Conclusão de Curso apresentado à Coordenação do Curso Técnico em Eletrotécnica do Instituto Federal da Bahia, Campus Salvador, e aprovado pela banca examinadora.</w:t>
      </w:r>
    </w:p>
    <w:p>
      <w:pPr>
        <w:spacing w:after="120" w:before="600"/>
        <w:jc w:val="left"/>
      </w:pPr>
      <w:r>
        <w:rPr>
          <w:b w:val="0"/>
        </w:rPr>
        <w:t>Aprovado em ______ de ______________ de ________.</w:t>
      </w:r>
    </w:p>
    <w:p>
      <w:pPr>
        <w:spacing w:after="0" w:before="240"/>
        <w:jc w:val="center"/>
      </w:pPr>
      <w:r>
        <w:rPr>
          <w:b/>
        </w:rPr>
        <w:t>BANCA EXAMINADORA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1"/>
      </w:tblGrid>
      <w:tr>
        <w:tc>
          <w:tcPr>
            <w:tcW w:type="dxa" w:w="9071"/>
          </w:tcPr>
          <w:p>
            <w:pPr>
              <w:spacing w:before="784"/>
              <w:jc w:val="center"/>
            </w:pPr>
            <w:r/>
            <w:r>
              <w:rPr>
                <w:sz w:val="22"/>
              </w:rPr>
              <w:t>______________________________________</w:t>
            </w:r>
          </w:p>
          <w:p>
            <w:pPr>
              <w:jc w:val="center"/>
            </w:pPr>
            <w:r>
              <w:rPr>
                <w:sz w:val="22"/>
              </w:rPr>
              <w:t>Título e nome do(a) orientador(a) — IFBA</w:t>
            </w:r>
          </w:p>
          <w:p>
            <w:pPr>
              <w:jc w:val="center"/>
            </w:pPr>
            <w:r>
              <w:rPr>
                <w:sz w:val="20"/>
              </w:rPr>
              <w:t>Orientador(a)</w:t>
            </w:r>
          </w:p>
        </w:tc>
      </w:tr>
      <w:tr>
        <w:tc>
          <w:tcPr>
            <w:tcW w:type="dxa" w:w="9071"/>
          </w:tcPr>
          <w:p>
            <w:pPr>
              <w:spacing w:before="784"/>
              <w:jc w:val="center"/>
            </w:pPr>
            <w:r/>
            <w:r>
              <w:rPr>
                <w:sz w:val="22"/>
              </w:rPr>
              <w:t>______________________________________</w:t>
            </w:r>
          </w:p>
          <w:p>
            <w:pPr>
              <w:jc w:val="center"/>
            </w:pPr>
            <w:r>
              <w:rPr>
                <w:sz w:val="22"/>
              </w:rPr>
              <w:t>Título e nome do(a) avaliador(a) — IFBA</w:t>
            </w:r>
          </w:p>
          <w:p>
            <w:pPr>
              <w:jc w:val="center"/>
            </w:pPr>
            <w:r>
              <w:rPr>
                <w:sz w:val="20"/>
              </w:rPr>
              <w:t>Avaliador(a)</w:t>
            </w:r>
          </w:p>
        </w:tc>
      </w:tr>
      <w:tr>
        <w:tc>
          <w:tcPr>
            <w:tcW w:type="dxa" w:w="9071"/>
          </w:tcPr>
          <w:p>
            <w:pPr>
              <w:spacing w:before="784"/>
              <w:jc w:val="center"/>
            </w:pPr>
            <w:r/>
            <w:r>
              <w:rPr>
                <w:sz w:val="22"/>
              </w:rPr>
              <w:t>______________________________________</w:t>
            </w:r>
          </w:p>
          <w:p>
            <w:pPr>
              <w:jc w:val="center"/>
            </w:pPr>
            <w:r>
              <w:rPr>
                <w:sz w:val="22"/>
              </w:rPr>
              <w:t>Título e nome do(a) avaliador(a) — IFBA</w:t>
            </w:r>
          </w:p>
          <w:p>
            <w:pPr>
              <w:jc w:val="center"/>
            </w:pPr>
            <w:r>
              <w:rPr>
                <w:sz w:val="20"/>
              </w:rPr>
              <w:t>Avaliador(a)</w:t>
            </w:r>
          </w:p>
        </w:tc>
      </w:tr>
    </w:tbl>
    <w:p>
      <w:r>
        <w:br w:type="page"/>
      </w:r>
    </w:p>
    <w:p>
      <w:pPr>
        <w:spacing w:after="240" w:before="0"/>
        <w:jc w:val="center"/>
      </w:pPr>
      <w:r>
        <w:rPr>
          <w:b/>
        </w:rPr>
        <w:t>RESUMO</w:t>
      </w:r>
    </w:p>
    <w:p>
      <w:pPr>
        <w:spacing w:after="240" w:before="0" w:line="240" w:lineRule="auto"/>
        <w:jc w:val="both"/>
      </w:pPr>
      <w:r>
        <w:rPr>
          <w:b w:val="0"/>
        </w:rPr>
        <w:t>Escreva, em um só parágrafo de 150 a 500 palavras, o objetivo, o método, os resultados principais e a conclusão do trabalho, conforme a ABNT NBR 6028.</w:t>
      </w:r>
    </w:p>
    <w:p>
      <w:pPr>
        <w:spacing w:after="0" w:before="0"/>
        <w:jc w:val="both"/>
      </w:pPr>
      <w:r>
        <w:rPr>
          <w:b/>
        </w:rPr>
        <w:t xml:space="preserve">Palavras-chave: </w:t>
      </w:r>
      <w:r>
        <w:rPr>
          <w:b w:val="0"/>
        </w:rPr>
        <w:t>palavra 1; palavra 2; palavra 3.</w:t>
      </w:r>
    </w:p>
    <w:p>
      <w:r>
        <w:br w:type="page"/>
      </w:r>
    </w:p>
    <w:p>
      <w:pPr>
        <w:spacing w:after="240" w:before="0"/>
        <w:jc w:val="center"/>
      </w:pPr>
      <w:r>
        <w:rPr>
          <w:b/>
        </w:rPr>
        <w:t>SUMÁRIO</w:t>
      </w:r>
    </w:p>
    <w:p>
      <w:r>
        <w:fldChar w:fldCharType="begin"/>
        <w:instrText xml:space="preserve">TOC \o "1-3" \h \z \u</w:instrText>
        <w:fldChar w:fldCharType="separate"/>
        <w:t>Clique com o botão direito aqui e escolha Atualizar campo para montar o sumário.</w:t>
        <w:fldChar w:fldCharType="end"/>
      </w:r>
    </w:p>
    <w:p>
      <w:r>
        <w:br w:type="page"/>
      </w:r>
    </w:p>
    <w:p>
      <w:pPr>
        <w:pStyle w:val="Heading1"/>
      </w:pPr>
      <w:r>
        <w:t>1. Introdução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Apresente o tema, o problema e a importância do trabalho para a área de eletrotécnica.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No último parágrafo, descreva o que cada capítulo seguinte traz.</w:t>
      </w:r>
    </w:p>
    <w:p>
      <w:pPr>
        <w:pStyle w:val="Heading2"/>
      </w:pPr>
      <w:r>
        <w:t>1.1 Objetivos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Escreva o objetivo geral e, em lista, os objetivos específicos.</w:t>
      </w:r>
    </w:p>
    <w:p>
      <w:pPr>
        <w:pStyle w:val="Heading2"/>
      </w:pPr>
      <w:r>
        <w:t>1.2 Justificativa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Diga por que o trabalho é relevante e a quem ele serve.</w:t>
      </w:r>
    </w:p>
    <w:p>
      <w:pPr>
        <w:pStyle w:val="Heading1"/>
      </w:pPr>
      <w:r>
        <w:t>2. Fundamentação teórica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Apresente os conceitos, as normas técnicas e os trabalhos anteriores que sustentam o seu. Cite cada fonte no texto, conforme a ABNT NBR 10520.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Numere as figuras e as tabelas, com título e fonte. Exemplo de legenda: Figura 1 – Diagrama unifilar da instalação. Fonte: elaborada pelos autores.</w:t>
      </w:r>
    </w:p>
    <w:p>
      <w:pPr>
        <w:pStyle w:val="Heading1"/>
      </w:pPr>
      <w:r>
        <w:t>3. Metodologia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Descreva o que foi feito, com os materiais, os equipamentos, os programas, os ensaios e os procedimentos, em ordem suficiente para outra pessoa repetir o trabalho.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Se o trabalho for um protótipo, maquete, planta ou esquema, o memorial descritivo é obrigatório (Art. 186, § 1º da Res. CONSEPE/IFBA nº 154/2024).</w:t>
      </w:r>
    </w:p>
    <w:p>
      <w:pPr>
        <w:pStyle w:val="Heading1"/>
      </w:pPr>
      <w:r>
        <w:t>4. Resultados e discussão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Apresente os resultados, com tabelas e gráficos, e discuta o que eles mostram em relação aos objetivos.</w:t>
      </w:r>
    </w:p>
    <w:p>
      <w:pPr>
        <w:pStyle w:val="Heading1"/>
      </w:pPr>
      <w:r>
        <w:t>5. Conclusão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Responda aos objetivos, diga os limites do trabalho e sugira trabalhos futuros.</w:t>
      </w:r>
    </w:p>
    <w:p>
      <w:pPr>
        <w:pStyle w:val="Heading1"/>
      </w:pPr>
      <w:r>
        <w:t>Referências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Liste todas as fontes citadas, em ordem alfabética, conforme a ABNT NBR 6023.</w:t>
      </w:r>
    </w:p>
    <w:p>
      <w:pPr>
        <w:pStyle w:val="Heading1"/>
      </w:pPr>
      <w:r>
        <w:t>Apêndices</w:t>
      </w:r>
    </w:p>
    <w:p>
      <w:pPr>
        <w:spacing w:after="120" w:before="0" w:line="360" w:lineRule="auto"/>
        <w:ind w:firstLine="709"/>
        <w:jc w:val="both"/>
      </w:pPr>
      <w:r>
        <w:rPr>
          <w:b w:val="0"/>
        </w:rPr>
        <w:t>Coloque aqui o material elaborado por vocês que apoia o texto: código, memorial de cálculo, diagramas completos, roteiros de ensaio.</w:t>
      </w:r>
    </w:p>
    <w:sectPr w:rsidR="00FC693F" w:rsidRPr="0006063C" w:rsidSect="00034616">
      <w:pgSz w:w="11906" w:h="16838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60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Trabalho de Conclusão de Curso</dc:title>
  <dc:subject>Modelo em branco</dc:subject>
  <dc:creator>Coordenação do Curso Técnico em Eletrotécnica — IFBA, Campus Salvador</dc:creator>
  <cp:keywords/>
  <dc:description/>
  <cp:lastModifiedBy>Coordenação do Curso Técnico em Eletrotécnica — IFBA, Campus Salvador</cp:lastModifiedBy>
  <cp:revision>1</cp:revision>
  <dcterms:created xsi:type="dcterms:W3CDTF">2026-01-01T00:00:00Z</dcterms:created>
  <dcterms:modified xsi:type="dcterms:W3CDTF">2026-01-01T00:00:00Z</dcterms:modified>
  <cp:category/>
</cp:coreProperties>
</file>