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134"/>
        <w:gridCol w:w="7371"/>
        <w:gridCol w:w="1134"/>
      </w:tblGrid>
      <w:tr>
        <w:tc>
          <w:tcPr>
            <w:tcW w:type="dxa" w:w="1134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00000" cy="684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rasao.jpe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370"/>
            <w:vAlign w:val="center"/>
          </w:tcPr>
          <w:p>
            <w:pPr>
              <w:jc w:val="center"/>
            </w:pPr>
            <w:r/>
            <w:r>
              <w:rPr>
                <w:b w:val="0"/>
                <w:sz w:val="20"/>
              </w:rPr>
              <w:t>INSTITUTO FEDERAL DE EDUCAÇÃO, CIÊNCIA E TECNOLOGIA DA BAHIA</w:t>
            </w:r>
          </w:p>
          <w:p>
            <w:pPr>
              <w:jc w:val="center"/>
            </w:pPr>
            <w:r>
              <w:rPr>
                <w:sz w:val="20"/>
              </w:rPr>
              <w:t>COORDENAÇÃO DO CURSO TÉCNICO DE ELETROTÉCNICA</w:t>
            </w:r>
          </w:p>
        </w:tc>
        <w:tc>
          <w:tcPr>
            <w:tcW w:type="dxa" w:w="1134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26808" cy="684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fba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6808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600"/>
        <w:jc w:val="center"/>
      </w:pPr>
      <w:r>
        <w:rPr>
          <w:b/>
          <w:sz w:val="26"/>
        </w:rPr>
        <w:t>DESPACHO</w:t>
      </w:r>
    </w:p>
    <w:p>
      <w:pPr>
        <w:spacing w:after="360" w:before="0"/>
        <w:jc w:val="left"/>
      </w:pPr>
      <w:r>
        <w:rPr>
          <w:b/>
        </w:rPr>
        <w:t>À GRA2;</w:t>
      </w:r>
    </w:p>
    <w:p>
      <w:pPr>
        <w:spacing w:after="200" w:before="0" w:line="360" w:lineRule="auto"/>
        <w:ind w:firstLine="709"/>
        <w:jc w:val="both"/>
      </w:pPr>
      <w:r>
        <w:rPr>
          <w:b w:val="0"/>
        </w:rPr>
        <w:t>Prezados, envio o resultado quantitativo da defesa do Trabalho de Conclusão de Curso (TCC) do(a)(s) seguinte(s) estudante(s) do curso técnico de Eletrotécnica na forma integrada:</w:t>
      </w:r>
    </w:p>
    <w:p>
      <w:pPr>
        <w:spacing w:after="0" w:before="0" w:line="360" w:lineRule="auto"/>
        <w:ind w:left="1134"/>
        <w:jc w:val="left"/>
      </w:pPr>
      <w:r>
        <w:rPr>
          <w:b/>
        </w:rPr>
        <w:t>NOME DO(A) ESTUDANTE 1  →  Nota ______</w:t>
      </w:r>
    </w:p>
    <w:p>
      <w:pPr>
        <w:spacing w:after="0" w:before="0" w:line="360" w:lineRule="auto"/>
        <w:ind w:left="1134"/>
        <w:jc w:val="left"/>
      </w:pPr>
      <w:r>
        <w:rPr>
          <w:b/>
        </w:rPr>
        <w:t>NOME DO(A) ESTUDANTE 2  →  Nota ______</w:t>
      </w:r>
    </w:p>
    <w:p>
      <w:pPr>
        <w:spacing w:after="0" w:before="200" w:line="360" w:lineRule="auto"/>
        <w:ind w:firstLine="709"/>
        <w:jc w:val="both"/>
      </w:pPr>
      <w:r>
        <w:rPr>
          <w:b w:val="0"/>
        </w:rPr>
        <w:t>A defesa ocorreu em ______ de ______________ de ________. Os resultados correspondem ao documento ATA DOCELETROTEC.SSA nº ____________. A banca homologou a versão final escrita do TCC, e o(a)(s) estudante(s) fica(m) apto(a)(s) para dar continuidade ao trâmite de conclusão do curso.</w:t>
      </w:r>
    </w:p>
    <w:p>
      <w:pPr>
        <w:spacing w:after="0" w:before="120" w:line="360" w:lineRule="auto"/>
        <w:ind w:firstLine="709"/>
        <w:jc w:val="both"/>
      </w:pPr>
      <w:r>
        <w:rPr>
          <w:b w:val="0"/>
        </w:rPr>
        <w:t>Solicitamos dar continuidade ao processo de finalização do curso.</w:t>
      </w:r>
    </w:p>
    <w:p>
      <w:pPr>
        <w:spacing w:after="0" w:before="360"/>
        <w:jc w:val="left"/>
      </w:pPr>
      <w:r>
        <w:rPr>
          <w:b w:val="0"/>
        </w:rPr>
        <w:t>Atenciosamente,</w:t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072"/>
      </w:tblGrid>
      <w:tr>
        <w:tc>
          <w:tcPr>
            <w:tcW w:type="dxa" w:w="9072"/>
          </w:tcPr>
          <w:p>
            <w:pPr>
              <w:spacing w:before="1120"/>
              <w:jc w:val="center"/>
            </w:pPr>
            <w:r/>
            <w:r>
              <w:rPr>
                <w:sz w:val="24"/>
              </w:rPr>
              <w:t>______________________________________</w:t>
            </w:r>
          </w:p>
          <w:p>
            <w:pPr>
              <w:jc w:val="center"/>
            </w:pPr>
            <w:r>
              <w:rPr>
                <w:sz w:val="24"/>
              </w:rPr>
              <w:t>Título e nome do(a) orientador(a)</w:t>
            </w:r>
          </w:p>
          <w:p>
            <w:pPr>
              <w:jc w:val="center"/>
            </w:pPr>
            <w:r>
              <w:rPr>
                <w:sz w:val="22"/>
              </w:rPr>
              <w:t>Orientador(a) — Departamento de Eletrotécnica</w:t>
            </w:r>
          </w:p>
        </w:tc>
      </w:tr>
    </w:tbl>
    <w:sectPr w:rsidR="00FC693F" w:rsidRPr="0006063C" w:rsidSect="00034616">
      <w:pgSz w:w="11906" w:h="16838"/>
      <w:pgMar w:top="850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Times New Roman" w:hAnsi="Times New Roman" w:eastAsia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Times New Roman" w:hAnsi="Times New Roman" w:eastAsia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Times New Roman" w:hAnsi="Times New Roman" w:eastAsia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e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Despacho à GRA2 — Resultado da Defesa de TCC</dc:title>
  <dc:subject>Modelo em branco</dc:subject>
  <dc:creator>Coordenação do Curso Técnico em Eletrotécnica — IFBA, Campus Salvador</dc:creator>
  <cp:keywords/>
  <dc:description/>
  <cp:lastModifiedBy>Coordenação do Curso Técnico em Eletrotécnica — IFBA, Campus Salvador</cp:lastModifiedBy>
  <cp:revision>1</cp:revision>
  <dcterms:created xsi:type="dcterms:W3CDTF">2026-01-01T00:00:00Z</dcterms:created>
  <dcterms:modified xsi:type="dcterms:W3CDTF">2026-01-01T00:00:00Z</dcterms:modified>
  <cp:category/>
</cp:coreProperties>
</file>