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7371"/>
        <w:gridCol w:w="1134"/>
      </w:tblGrid>
      <w:tr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6808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f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08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INSTITUTO FEDERAL DE EDUCAÇÃO, CIÊNCIA E TECNOLOGIA DA BAHIA</w:t>
            </w:r>
          </w:p>
          <w:p>
            <w:pPr>
              <w:jc w:val="center"/>
            </w:pPr>
            <w:r>
              <w:rPr>
                <w:sz w:val="20"/>
              </w:rPr>
              <w:t>COORDENAÇÃO DO CURSO TÉCNICO DE ELETROTÉCNICA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asao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b/>
          <w:sz w:val="24"/>
        </w:rPr>
        <w:t>BAREMA PARA AVALIAÇÃO DE DEFESA DE TCC — CONSOLIDADO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9"/>
      </w:tblGrid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center"/>
            </w:pPr>
            <w:r/>
            <w:r>
              <w:rPr>
                <w:b/>
                <w:sz w:val="22"/>
              </w:rPr>
              <w:t>COORDENAÇÃO DE ELETROTÉCNICA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2"/>
              </w:rPr>
              <w:t>ESTUDANTE: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2"/>
              </w:rPr>
              <w:t>ORIENTADOR(A):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TEMA: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742"/>
        <w:gridCol w:w="1134"/>
        <w:gridCol w:w="1190"/>
        <w:gridCol w:w="1190"/>
        <w:gridCol w:w="1190"/>
        <w:gridCol w:w="1190"/>
      </w:tblGrid>
      <w:tr>
        <w:trPr>
          <w:trHeight w:val="311" w:hRule="atLeast"/>
        </w:trPr>
        <w:tc>
          <w:tcPr>
            <w:tcW w:type="dxa" w:w="3742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b/>
                <w:sz w:val="19"/>
              </w:rPr>
              <w:t>Critérios de Avaliação</w:t>
            </w:r>
          </w:p>
        </w:tc>
        <w:tc>
          <w:tcPr>
            <w:tcW w:type="dxa" w:w="1134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19"/>
              </w:rPr>
              <w:t>Máximo</w:t>
            </w:r>
          </w:p>
        </w:tc>
        <w:tc>
          <w:tcPr>
            <w:tcW w:type="dxa" w:w="1191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19"/>
              </w:rPr>
              <w:t>Avaliador 1</w:t>
            </w:r>
          </w:p>
        </w:tc>
        <w:tc>
          <w:tcPr>
            <w:tcW w:type="dxa" w:w="1191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19"/>
              </w:rPr>
              <w:t>Avaliador 2</w:t>
            </w:r>
          </w:p>
        </w:tc>
        <w:tc>
          <w:tcPr>
            <w:tcW w:type="dxa" w:w="1191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19"/>
              </w:rPr>
              <w:t>Avaliador 3</w:t>
            </w:r>
          </w:p>
        </w:tc>
        <w:tc>
          <w:tcPr>
            <w:tcW w:type="dxa" w:w="1191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19"/>
              </w:rPr>
              <w:t>Total</w:t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Avaliação da Apresentação Oral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Média</w:t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Postura, segurança da defesa e clareza da exposição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Estrutura da Apresentação Oral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Domínio do Conteúdo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Arguição da Banca (Capacidade de Argumentação)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Tempo da Apresentação Oral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  <w:t>Total 1</w:t>
            </w:r>
          </w:p>
        </w:tc>
        <w:tc>
          <w:tcPr>
            <w:tcW w:type="dxa" w:w="113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  <w:t>50</w:t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Avaliação da Parte Escrita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50 pontos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Média</w:t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Relevância do Tema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Observações das Normas ABNT e das Especificações Técnicas para Redação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Justificativa do Trabalho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Desenvolvimento do Tema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Resultados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Conclusões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311" w:hRule="atLeast"/>
        </w:trPr>
        <w:tc>
          <w:tcPr>
            <w:tcW w:type="dxa" w:w="3742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  <w:t>Total 2</w:t>
            </w:r>
          </w:p>
        </w:tc>
        <w:tc>
          <w:tcPr>
            <w:tcW w:type="dxa" w:w="113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  <w:t>50</w:t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</w:tr>
      <w:tr>
        <w:trPr>
          <w:trHeight w:val="453" w:hRule="atLeast"/>
        </w:trPr>
        <w:tc>
          <w:tcPr>
            <w:tcW w:type="dxa" w:w="3742"/>
            <w:vAlign w:val="center"/>
            <w:shd w:val="clear" w:color="auto" w:fill="DEEAF6"/>
          </w:tcPr>
          <w:p>
            <w:pPr>
              <w:jc w:val="left"/>
            </w:pPr>
            <w:r/>
            <w:r>
              <w:rPr>
                <w:b/>
                <w:sz w:val="19"/>
              </w:rPr>
              <w:t>Total de Pontos Obtidos (Total 1 + Total 2)</w:t>
            </w:r>
          </w:p>
        </w:tc>
        <w:tc>
          <w:tcPr>
            <w:tcW w:type="dxa" w:w="113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  <w:t>100</w:t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191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19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9"/>
      </w:tblGrid>
      <w:tr>
        <w:trPr>
          <w:trHeight w:val="453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Resultado:     (   ) Aprovado          (   ) Reprovado          Nota final (0 a 10): ________</w:t>
            </w:r>
          </w:p>
        </w:tc>
      </w:tr>
      <w:tr>
        <w:trPr>
          <w:trHeight w:val="1927" w:hRule="atLeast"/>
        </w:trPr>
        <w:tc>
          <w:tcPr>
            <w:tcW w:type="dxa" w:w="9638"/>
            <w:vAlign w:val="top"/>
          </w:tcPr>
          <w:p>
            <w:pPr>
              <w:jc w:val="left"/>
            </w:pPr>
            <w:r/>
            <w:r>
              <w:rPr>
                <w:b/>
                <w:sz w:val="21"/>
              </w:rPr>
              <w:t>Recomendações Finais:</w:t>
            </w:r>
          </w:p>
        </w:tc>
      </w:tr>
      <w:tr>
        <w:tc>
          <w:tcPr>
            <w:tcW w:type="dxa" w:w="9638"/>
            <w:vAlign w:val="top"/>
          </w:tcPr>
          <w:p>
            <w:pPr>
              <w:jc w:val="left"/>
            </w:pPr>
            <w:r/>
            <w:r>
              <w:rPr>
                <w:b/>
                <w:sz w:val="21"/>
              </w:rPr>
              <w:t>Membros da Banca:</w:t>
            </w:r>
          </w:p>
          <w:p>
            <w:pPr>
              <w:tabs>
                <w:tab w:pos="6236" w:val="left"/>
              </w:tabs>
              <w:spacing w:before="180"/>
            </w:pPr>
            <w:r>
              <w:rPr>
                <w:b/>
                <w:sz w:val="21"/>
              </w:rPr>
              <w:t>Avaliador 1 (orientador(a)): ____________________</w:t>
              <w:tab/>
              <w:t>________________________</w:t>
            </w:r>
          </w:p>
          <w:p>
            <w:pPr>
              <w:tabs>
                <w:tab w:pos="6236" w:val="left"/>
              </w:tabs>
              <w:spacing w:before="180"/>
            </w:pPr>
            <w:r>
              <w:rPr>
                <w:b/>
                <w:sz w:val="21"/>
              </w:rPr>
              <w:t>Avaliador 2 (avaliador(a)): ____________________</w:t>
              <w:tab/>
              <w:t>________________________</w:t>
            </w:r>
          </w:p>
          <w:p>
            <w:pPr>
              <w:tabs>
                <w:tab w:pos="6236" w:val="left"/>
              </w:tabs>
              <w:spacing w:before="180"/>
            </w:pPr>
            <w:r>
              <w:rPr>
                <w:b/>
                <w:sz w:val="21"/>
              </w:rPr>
              <w:t>Avaliador 3 (avaliador(a)): ____________________</w:t>
              <w:tab/>
              <w:t>________________________</w:t>
            </w:r>
          </w:p>
          <w:p>
            <w:pPr>
              <w:spacing w:before="240" w:after="80"/>
              <w:jc w:val="right"/>
            </w:pPr>
            <w:r>
              <w:rPr>
                <w:b/>
                <w:sz w:val="21"/>
              </w:rPr>
              <w:t>SALVADOR, ____/____/________.</w:t>
            </w:r>
          </w:p>
        </w:tc>
      </w:tr>
    </w:tbl>
    <w:p>
      <w:pPr>
        <w:spacing w:after="0" w:before="80"/>
        <w:jc w:val="left"/>
      </w:pPr>
      <w:r>
        <w:rPr>
          <w:b w:val="0"/>
          <w:sz w:val="18"/>
        </w:rPr>
        <w:t>Nota final = (Total 1 + Total 2, na coluna Total) ÷ 10. Um barema por estudante.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7371"/>
        <w:gridCol w:w="1134"/>
      </w:tblGrid>
      <w:tr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6808" cy="68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f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08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INSTITUTO FEDERAL DE EDUCAÇÃO, CIÊNCIA E TECNOLOGIA DA BAHIA</w:t>
            </w:r>
          </w:p>
          <w:p>
            <w:pPr>
              <w:jc w:val="center"/>
            </w:pPr>
            <w:r>
              <w:rPr>
                <w:sz w:val="20"/>
              </w:rPr>
              <w:t>COORDENAÇÃO DO CURSO TÉCNICO DE ELETROTÉCNICA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68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asao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b/>
          <w:sz w:val="24"/>
        </w:rPr>
        <w:t>BAREMA PARA AVALIAÇÃO DE DEFESA DE TCC — INDIVIDUAL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9"/>
      </w:tblGrid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center"/>
            </w:pPr>
            <w:r/>
            <w:r>
              <w:rPr>
                <w:b/>
                <w:sz w:val="22"/>
              </w:rPr>
              <w:t>COORDENAÇÃO DE ELETROTÉCNICA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2"/>
              </w:rPr>
              <w:t>ESTUDANTE: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2"/>
              </w:rPr>
              <w:t>AVALIADOR(A):</w:t>
            </w:r>
          </w:p>
        </w:tc>
      </w:tr>
      <w:tr>
        <w:trPr>
          <w:trHeight w:val="425" w:hRule="atLeast"/>
        </w:trPr>
        <w:tc>
          <w:tcPr>
            <w:tcW w:type="dxa" w:w="9638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TEMA: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329"/>
        <w:gridCol w:w="2154"/>
        <w:gridCol w:w="2154"/>
      </w:tblGrid>
      <w:tr>
        <w:trPr>
          <w:trHeight w:val="340" w:hRule="atLeast"/>
        </w:trPr>
        <w:tc>
          <w:tcPr>
            <w:tcW w:type="dxa" w:w="5329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b/>
                <w:sz w:val="20"/>
              </w:rPr>
              <w:t>Critérios de Avaliação</w:t>
            </w:r>
          </w:p>
        </w:tc>
        <w:tc>
          <w:tcPr>
            <w:tcW w:type="dxa" w:w="2154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Pontuação Máxima</w:t>
            </w:r>
          </w:p>
        </w:tc>
        <w:tc>
          <w:tcPr>
            <w:tcW w:type="dxa" w:w="2154"/>
            <w:vAlign w:val="center"/>
            <w:shd w:val="clear" w:color="auto" w:fill="D9D9D9"/>
          </w:tcPr>
          <w:p>
            <w:pPr>
              <w:jc w:val="center"/>
            </w:pPr>
            <w:r/>
            <w:r>
              <w:rPr>
                <w:b/>
                <w:sz w:val="20"/>
              </w:rPr>
              <w:t>Nota do Avaliador</w:t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/>
                <w:sz w:val="20"/>
              </w:rPr>
              <w:t>Avaliação da Apresentação Oral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50 pontos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50 pontos</w:t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Postura, segurança da defesa e clareza da exposição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Estrutura da Apresentação Oral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Domínio do Conteúdo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Arguição da Banca (Capacidade de Argumentação)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Tempo da Apresentação Oral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  <w:t>Total 1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  <w:t>50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/>
                <w:sz w:val="20"/>
              </w:rPr>
              <w:t>Avaliação da Parte Escrita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50 pontos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50 pontos</w:t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Relevância do Tema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Observações das Normas ABNT e das Especificações Técnicas para Redação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Justificativa do Trabalho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Desenvolvimento do Tema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Resultados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</w:tcPr>
          <w:p>
            <w:pPr>
              <w:jc w:val="left"/>
            </w:pPr>
            <w:r/>
            <w:r>
              <w:rPr>
                <w:b w:val="0"/>
                <w:sz w:val="20"/>
              </w:rPr>
              <w:t>Conclusões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type="dxa" w:w="5329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  <w:t>Total 2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  <w:t>50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5329"/>
            <w:vAlign w:val="center"/>
            <w:shd w:val="clear" w:color="auto" w:fill="DEEAF6"/>
          </w:tcPr>
          <w:p>
            <w:pPr>
              <w:jc w:val="left"/>
            </w:pPr>
            <w:r/>
            <w:r>
              <w:rPr>
                <w:b/>
                <w:sz w:val="20"/>
              </w:rPr>
              <w:t>Total de Pontos Obtidos (Total 1 + Total 2)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  <w:t>100</w:t>
            </w:r>
          </w:p>
        </w:tc>
        <w:tc>
          <w:tcPr>
            <w:tcW w:type="dxa" w:w="2154"/>
            <w:vAlign w:val="center"/>
            <w:shd w:val="clear" w:color="auto" w:fill="DEEAF6"/>
          </w:tcPr>
          <w:p>
            <w:pPr>
              <w:jc w:val="center"/>
            </w:pPr>
            <w:r/>
            <w:r>
              <w:rPr>
                <w:b/>
                <w:sz w:val="20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9"/>
      </w:tblGrid>
      <w:tr>
        <w:trPr>
          <w:trHeight w:val="2041" w:hRule="atLeast"/>
        </w:trPr>
        <w:tc>
          <w:tcPr>
            <w:tcW w:type="dxa" w:w="9638"/>
            <w:vAlign w:val="top"/>
          </w:tcPr>
          <w:p>
            <w:pPr>
              <w:jc w:val="left"/>
            </w:pPr>
            <w:r/>
            <w:r>
              <w:rPr>
                <w:b/>
                <w:sz w:val="21"/>
              </w:rPr>
              <w:t>Recomendações Finais:</w:t>
            </w:r>
          </w:p>
        </w:tc>
      </w:tr>
      <w:tr>
        <w:tc>
          <w:tcPr>
            <w:tcW w:type="dxa" w:w="9638"/>
            <w:vAlign w:val="center"/>
          </w:tcPr>
          <w:p>
            <w:pPr>
              <w:tabs>
                <w:tab w:pos="5953" w:val="left"/>
              </w:tabs>
              <w:spacing w:before="320"/>
              <w:jc w:val="left"/>
            </w:pPr>
            <w:r/>
            <w:r>
              <w:rPr>
                <w:b w:val="0"/>
                <w:sz w:val="21"/>
              </w:rPr>
            </w:r>
            <w:r>
              <w:rPr>
                <w:b/>
                <w:sz w:val="21"/>
              </w:rPr>
              <w:t>Avaliador(a): ______________________________</w:t>
              <w:tab/>
              <w:t>SALVADOR, ____/____/________.</w:t>
            </w:r>
          </w:p>
          <w:p>
            <w:pPr>
              <w:spacing w:after="120"/>
            </w:pPr>
            <w:r>
              <w:rPr>
                <w:sz w:val="20"/>
              </w:rPr>
              <w:t xml:space="preserve">                      Título e nome do(a) avaliador(a)</w:t>
            </w:r>
          </w:p>
        </w:tc>
      </w:tr>
    </w:tbl>
    <w:sectPr w:rsidR="00FC693F" w:rsidRPr="0006063C" w:rsidSect="00034616">
      <w:pgSz w:w="11906" w:h="16838"/>
      <w:pgMar w:top="680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Barema para Avaliação de Defesa de TCC</dc:title>
  <dc:subject>Modelo em branco</dc:subject>
  <dc:creator>Coordenação do Curso Técnico em Eletrotécnica — IFBA, Campus Salvador</dc:creator>
  <cp:keywords/>
  <dc:description/>
  <cp:lastModifiedBy>Coordenação do Curso Técnico em Eletrotécnica — IFBA, Campus Salvador</cp:lastModifiedBy>
  <cp:revision>1</cp:revision>
  <dcterms:created xsi:type="dcterms:W3CDTF">2026-01-01T00:00:00Z</dcterms:created>
  <dcterms:modified xsi:type="dcterms:W3CDTF">2026-01-01T00:00:00Z</dcterms:modified>
  <cp:category/>
</cp:coreProperties>
</file>