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34"/>
        <w:gridCol w:w="7371"/>
        <w:gridCol w:w="1134"/>
      </w:tblGrid>
      <w:tr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00000" cy="68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asao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00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vAlign w:val="center"/>
          </w:tcPr>
          <w:p>
            <w:pPr>
              <w:jc w:val="center"/>
            </w:pPr>
            <w:r/>
            <w:r>
              <w:rPr>
                <w:b w:val="0"/>
                <w:sz w:val="20"/>
              </w:rPr>
              <w:t>INSTITUTO FEDERAL DE EDUCAÇÃO, CIÊNCIA E TECNOLOGIA DA BAHIA</w:t>
            </w:r>
          </w:p>
          <w:p>
            <w:pPr>
              <w:jc w:val="center"/>
            </w:pPr>
            <w:r>
              <w:rPr>
                <w:sz w:val="20"/>
              </w:rPr>
              <w:t>COORDENAÇÃO DO CURSO TÉCNICO DE ELETROTÉCNICA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6808" cy="68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fba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08" cy="6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0" w:before="280"/>
        <w:jc w:val="center"/>
      </w:pPr>
      <w:r>
        <w:rPr>
          <w:b/>
          <w:sz w:val="28"/>
        </w:rPr>
        <w:t>Ata de Defesa de Trabalho de Conclusão de Curso</w:t>
      </w:r>
    </w:p>
    <w:p>
      <w:pPr>
        <w:spacing w:after="200" w:before="0"/>
        <w:jc w:val="center"/>
      </w:pPr>
      <w:r>
        <w:rPr>
          <w:b/>
          <w:sz w:val="20"/>
        </w:rPr>
        <w:t>CURSO DE ELETROTÉCNICA - FORMA INTEGRADA</w:t>
      </w:r>
    </w:p>
    <w:p>
      <w:pPr>
        <w:spacing w:after="160" w:before="0" w:line="264" w:lineRule="auto"/>
        <w:jc w:val="both"/>
      </w:pPr>
      <w:r>
        <w:rPr>
          <w:b/>
        </w:rPr>
        <w:t>Aos ______ dias do mês de __________ do ano de __________, às ______ horas</w:t>
      </w:r>
      <w:r>
        <w:rPr>
          <w:b w:val="0"/>
        </w:rPr>
        <w:t xml:space="preserve">, no(a) ____________________ (local ou link da sala virtual), reuniram-se os(as) professores(as): </w:t>
      </w:r>
      <w:r>
        <w:rPr>
          <w:b/>
        </w:rPr>
        <w:t>__________________ (Orientador(a)), __________________ e __________________</w:t>
      </w:r>
      <w:r>
        <w:rPr>
          <w:b w:val="0"/>
        </w:rPr>
        <w:t xml:space="preserve"> para composição da banca examinadora do Trabalho de Conclusão de Curso do(a)(s) estudante(s) </w:t>
      </w:r>
      <w:r>
        <w:rPr>
          <w:b/>
        </w:rPr>
        <w:t>__________________ e __________________</w:t>
      </w:r>
      <w:r>
        <w:rPr>
          <w:b w:val="0"/>
        </w:rPr>
        <w:t xml:space="preserve">, do curso técnico em Eletrotécnica na forma integrada. O(A) orientador(a) iniciou a abertura dos trabalhos agradecendo aos(às) professores(as) pelos aceites dos convites e em seguida passou a palavra ao(à)(s) estudante(s) para a apresentação oral do trabalho, intitulado: </w:t>
      </w:r>
      <w:r>
        <w:rPr>
          <w:b/>
        </w:rPr>
        <w:t>“____________________”</w:t>
      </w:r>
      <w:r>
        <w:rPr>
          <w:b w:val="0"/>
        </w:rPr>
        <w:t xml:space="preserve">. O(A)(s) discente(s) realizou(aram) a exposição do trabalho no lapso de tempo previsto pelo regimento interno do curso, num total de ______ minutos. Concluída a apresentação discente, a palavra retornou ao(à) orientador(a), que a franqueou aos(às) professores(as) examinadores(as). Estes(as) fizeram, cada um(a) ao seu tempo, suas observações e arguições específicas ao trabalho de conclusão de curso. Vencida esta etapa, a banca examinadora se reuniu em separado para deliberar sobre o trabalho apresentado. No retorno da Banca Examinadora, foram lidos os pareceres a respeito do trabalho apresentado, tendo a Banca Examinadora </w:t>
      </w:r>
      <w:r>
        <w:rPr>
          <w:b/>
        </w:rPr>
        <w:t>(   ) aprovado  (   ) reprovado o trabalho</w:t>
      </w:r>
      <w:r>
        <w:rPr>
          <w:b w:val="0"/>
        </w:rPr>
        <w:t>. O(A)(s) estudante(s) alcançou(aram) a(s) seguinte(s) nota(s):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53"/>
        <w:gridCol w:w="3685"/>
      </w:tblGrid>
      <w:tr>
        <w:tc>
          <w:tcPr>
            <w:tcW w:type="dxa" w:w="5953"/>
            <w:vAlign w:val="center"/>
          </w:tcPr>
          <w:p>
            <w:pPr>
              <w:jc w:val="left"/>
            </w:pPr>
            <w:r/>
            <w:r>
              <w:rPr>
                <w:b/>
              </w:rPr>
              <w:t>NOME DO(A) ESTUDANTE 1</w:t>
            </w:r>
          </w:p>
        </w:tc>
        <w:tc>
          <w:tcPr>
            <w:tcW w:type="dxa" w:w="3685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Nota =</w:t>
            </w:r>
          </w:p>
        </w:tc>
      </w:tr>
      <w:tr>
        <w:tc>
          <w:tcPr>
            <w:tcW w:type="dxa" w:w="5953"/>
            <w:vAlign w:val="center"/>
          </w:tcPr>
          <w:p>
            <w:pPr>
              <w:jc w:val="left"/>
            </w:pPr>
            <w:r/>
            <w:r>
              <w:rPr>
                <w:b/>
              </w:rPr>
              <w:t>NOME DO(A) ESTUDANTE 2</w:t>
            </w:r>
          </w:p>
        </w:tc>
        <w:tc>
          <w:tcPr>
            <w:tcW w:type="dxa" w:w="3685"/>
            <w:vAlign w:val="center"/>
          </w:tcPr>
          <w:p>
            <w:pPr>
              <w:jc w:val="left"/>
            </w:pPr>
            <w:r/>
            <w:r>
              <w:rPr>
                <w:b w:val="0"/>
              </w:rPr>
              <w:t>Nota =</w:t>
            </w:r>
          </w:p>
        </w:tc>
      </w:tr>
    </w:tbl>
    <w:p>
      <w:pPr>
        <w:spacing w:after="0" w:before="120" w:line="240" w:lineRule="auto"/>
        <w:jc w:val="both"/>
      </w:pPr>
      <w:r>
        <w:rPr>
          <w:b w:val="0"/>
          <w:sz w:val="20"/>
        </w:rPr>
        <w:t>Em caso de reprovação, reapresentação e prazo fixados pela banca, com uma só nova avaliação (Art. 188, VI da Res. CONSEPE/IFBA nº 154/2024): ____________________.</w:t>
      </w:r>
    </w:p>
    <w:p>
      <w:pPr>
        <w:spacing w:after="0" w:before="160" w:line="264" w:lineRule="auto"/>
        <w:jc w:val="both"/>
      </w:pPr>
      <w:r>
        <w:rPr>
          <w:b w:val="0"/>
        </w:rPr>
        <w:t>Na sequência, o(a) presidente da sessão esclareceu aos presentes que o(a)(s) estudante(s) concluiu(íram) mais um requisito parcial de seu curso e que para a conclusão do curso será necessário o cumprimento de mais dois requisitos parciais:</w:t>
      </w:r>
    </w:p>
    <w:p>
      <w:pPr>
        <w:spacing w:after="0" w:before="0" w:line="264" w:lineRule="auto"/>
        <w:jc w:val="both"/>
      </w:pPr>
      <w:r>
        <w:rPr>
          <w:b w:val="0"/>
        </w:rPr>
        <w:t>(i) a entrega da versão final escrita do TCC; e</w:t>
      </w:r>
    </w:p>
    <w:p>
      <w:pPr>
        <w:spacing w:after="0" w:before="0" w:line="264" w:lineRule="auto"/>
        <w:jc w:val="both"/>
      </w:pPr>
      <w:r>
        <w:rPr>
          <w:b w:val="0"/>
        </w:rPr>
        <w:t>(ii) a homologação da versão final escrita pelos professores desta banca.</w:t>
      </w:r>
    </w:p>
    <w:p>
      <w:pPr>
        <w:spacing w:after="0" w:before="0" w:line="264" w:lineRule="auto"/>
        <w:jc w:val="both"/>
      </w:pPr>
      <w:r>
        <w:rPr>
          <w:b w:val="0"/>
        </w:rPr>
        <w:t xml:space="preserve">Enfatizou ainda que apenas após o cumprimento destes dois últimos requisitos parciais o(a)(s) estudante(s) terá(ão) concluído o seu curso. A homologação da versão final do TCC será inserida no </w:t>
      </w:r>
      <w:r>
        <w:rPr>
          <w:b/>
        </w:rPr>
        <w:t>Processo SEI nº ____________________</w:t>
      </w:r>
      <w:r>
        <w:rPr>
          <w:b w:val="0"/>
        </w:rPr>
        <w:t>, acompanhada dos formulários com as notas e da presente ATA. Nada mais havendo, portanto, a declarar, eu, __________________, professor(a) do curso de Eletrotécnica do Instituto Federal de Educação, Ciência e Tecnologia da Bahia, lavrei a presente Ata, que vai assinada por mim, pelos demais membros da banca avaliadora e pelo(a)(s) estudante(s) examinado(a)(s).</w:t>
      </w:r>
    </w:p>
    <w:p>
      <w:pPr>
        <w:spacing w:after="40" w:before="160"/>
        <w:jc w:val="right"/>
      </w:pPr>
      <w:r>
        <w:rPr>
          <w:b w:val="0"/>
        </w:rPr>
        <w:t>Salvador, ______ de ______________ de ________.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448"/>
              <w:jc w:val="center"/>
            </w:pPr>
            <w:r/>
            <w:r>
              <w:rPr>
                <w:sz w:val="20"/>
              </w:rPr>
              <w:t>______________________________</w:t>
            </w:r>
          </w:p>
          <w:p>
            <w:pPr>
              <w:jc w:val="center"/>
            </w:pPr>
            <w:r>
              <w:rPr>
                <w:sz w:val="20"/>
              </w:rPr>
              <w:t>Nome do(a) estudante 1</w:t>
            </w:r>
          </w:p>
          <w:p>
            <w:pPr>
              <w:jc w:val="center"/>
            </w:pPr>
            <w:r>
              <w:rPr>
                <w:sz w:val="18"/>
              </w:rPr>
              <w:t>Estudante</w:t>
            </w:r>
          </w:p>
        </w:tc>
        <w:tc>
          <w:tcPr>
            <w:tcW w:type="dxa" w:w="3213"/>
          </w:tcPr>
          <w:p>
            <w:pPr>
              <w:spacing w:before="448"/>
              <w:jc w:val="center"/>
            </w:pPr>
            <w:r/>
            <w:r>
              <w:rPr>
                <w:sz w:val="20"/>
              </w:rPr>
              <w:t>______________________________</w:t>
            </w:r>
          </w:p>
          <w:p>
            <w:pPr>
              <w:jc w:val="center"/>
            </w:pPr>
            <w:r>
              <w:rPr>
                <w:sz w:val="20"/>
              </w:rPr>
              <w:t>Nome do(a) estudante 2</w:t>
            </w:r>
          </w:p>
          <w:p>
            <w:pPr>
              <w:jc w:val="center"/>
            </w:pPr>
            <w:r>
              <w:rPr>
                <w:sz w:val="18"/>
              </w:rPr>
              <w:t>Estudante</w:t>
            </w:r>
          </w:p>
        </w:tc>
        <w:tc>
          <w:tcPr>
            <w:tcW w:type="dxa" w:w="3213"/>
          </w:tcPr>
          <w:p>
            <w:pPr>
              <w:spacing w:before="448"/>
              <w:jc w:val="center"/>
            </w:pPr>
            <w:r/>
            <w:r>
              <w:rPr>
                <w:sz w:val="20"/>
              </w:rPr>
              <w:t>______________________________</w:t>
            </w:r>
          </w:p>
          <w:p>
            <w:pPr>
              <w:jc w:val="center"/>
            </w:pPr>
            <w:r>
              <w:rPr>
                <w:sz w:val="20"/>
              </w:rPr>
              <w:t>Título e nome do(a) avaliador(a)</w:t>
            </w:r>
          </w:p>
          <w:p>
            <w:pPr>
              <w:jc w:val="center"/>
            </w:pPr>
            <w:r>
              <w:rPr>
                <w:sz w:val="18"/>
              </w:rPr>
              <w:t>Avaliador(a)</w:t>
            </w:r>
          </w:p>
        </w:tc>
      </w:tr>
      <w:tr>
        <w:tc>
          <w:tcPr>
            <w:tcW w:type="dxa" w:w="9639"/>
            <w:gridSpan w:val="3"/>
          </w:tcPr>
          <w:p>
            <w:pPr>
              <w:spacing w:before="448"/>
              <w:jc w:val="center"/>
            </w:pPr>
            <w:r/>
            <w:r>
              <w:rPr>
                <w:sz w:val="20"/>
              </w:rPr>
              <w:t>______________________________</w:t>
            </w:r>
          </w:p>
          <w:p>
            <w:pPr>
              <w:jc w:val="center"/>
            </w:pPr>
            <w:r>
              <w:rPr>
                <w:sz w:val="20"/>
              </w:rPr>
              <w:t>Título e nome do(a) orientador(a)</w:t>
            </w:r>
          </w:p>
          <w:p>
            <w:pPr>
              <w:jc w:val="center"/>
            </w:pPr>
            <w:r>
              <w:rPr>
                <w:sz w:val="18"/>
              </w:rPr>
              <w:t>Orientador(a)</w:t>
            </w:r>
          </w:p>
        </w:tc>
      </w:tr>
    </w:tbl>
    <w:sectPr w:rsidR="00FC693F" w:rsidRPr="0006063C" w:rsidSect="00034616">
      <w:pgSz w:w="11906" w:h="16838"/>
      <w:pgMar w:top="680" w:right="1134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Defesa de Trabalho de Conclusão de Curso</dc:title>
  <dc:subject>Modelo em branco</dc:subject>
  <dc:creator>Coordenação do Curso Técnico em Eletrotécnica — IFBA, Campus Salvador</dc:creator>
  <cp:keywords/>
  <dc:description/>
  <cp:lastModifiedBy>Coordenação do Curso Técnico em Eletrotécnica — IFBA, Campus Salvador</cp:lastModifiedBy>
  <cp:revision>1</cp:revision>
  <dcterms:created xsi:type="dcterms:W3CDTF">2026-01-01T00:00:00Z</dcterms:created>
  <dcterms:modified xsi:type="dcterms:W3CDTF">2026-01-01T00:00:00Z</dcterms:modified>
  <cp:category/>
</cp:coreProperties>
</file>